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253D5" w14:textId="77777777" w:rsidR="00A920EA" w:rsidRPr="00A920EA" w:rsidRDefault="00A920EA" w:rsidP="00A920EA">
      <w:pPr>
        <w:jc w:val="center"/>
        <w:rPr>
          <w:rFonts w:eastAsia="Times New Roman" w:cs="Times New Roman"/>
          <w:color w:val="00B050"/>
        </w:rPr>
      </w:pPr>
      <w:r w:rsidRPr="00A920EA">
        <w:rPr>
          <w:rFonts w:eastAsia="Times New Roman" w:cs="Times New Roman"/>
          <w:noProof/>
        </w:rPr>
        <w:drawing>
          <wp:anchor distT="0" distB="0" distL="114300" distR="114300" simplePos="0" relativeHeight="251658752" behindDoc="0" locked="0" layoutInCell="1" allowOverlap="1" wp14:anchorId="47B07711" wp14:editId="0351356D">
            <wp:simplePos x="0" y="0"/>
            <wp:positionH relativeFrom="margin">
              <wp:posOffset>-407670</wp:posOffset>
            </wp:positionH>
            <wp:positionV relativeFrom="margin">
              <wp:posOffset>0</wp:posOffset>
            </wp:positionV>
            <wp:extent cx="1301750" cy="810895"/>
            <wp:effectExtent l="0" t="0" r="6350" b="1905"/>
            <wp:wrapSquare wrapText="bothSides"/>
            <wp:docPr id="1" name="Picture 1" descr="Home - N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e - NEMA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9" t="9514" r="4720" b="8628"/>
                    <a:stretch/>
                  </pic:blipFill>
                  <pic:spPr bwMode="auto">
                    <a:xfrm>
                      <a:off x="0" y="0"/>
                      <a:ext cx="130175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20EA">
        <w:rPr>
          <w:rFonts w:eastAsia="Times New Roman" w:cs="Times New Roman"/>
          <w:b/>
          <w:color w:val="00B050"/>
          <w:sz w:val="28"/>
        </w:rPr>
        <w:t>NATIONAL ENVIRONMENT MANAGEMENT AUTHORITY (NEMA)</w:t>
      </w:r>
    </w:p>
    <w:p w14:paraId="7A370BFC" w14:textId="77777777" w:rsidR="00AD130F" w:rsidRPr="002C3402" w:rsidRDefault="00AD130F" w:rsidP="00AD130F">
      <w:pPr>
        <w:jc w:val="center"/>
        <w:outlineLvl w:val="0"/>
        <w:rPr>
          <w:rFonts w:ascii="Tahoma" w:eastAsia="Times New Roman" w:hAnsi="Tahoma" w:cs="Tahoma"/>
          <w:b/>
          <w:bCs/>
          <w:kern w:val="36"/>
          <w:sz w:val="24"/>
          <w:szCs w:val="24"/>
        </w:rPr>
      </w:pPr>
      <w:r w:rsidRPr="002C3402">
        <w:rPr>
          <w:rFonts w:ascii="Tahoma" w:eastAsia="Times New Roman" w:hAnsi="Tahoma" w:cs="Tahoma"/>
          <w:b/>
          <w:bCs/>
          <w:kern w:val="36"/>
          <w:sz w:val="24"/>
          <w:szCs w:val="24"/>
        </w:rPr>
        <w:t xml:space="preserve">CALL FOR PROPOSALS FOR RESEARCH </w:t>
      </w:r>
      <w:r>
        <w:rPr>
          <w:rFonts w:ascii="Tahoma" w:eastAsia="Times New Roman" w:hAnsi="Tahoma" w:cs="Tahoma"/>
          <w:b/>
          <w:bCs/>
          <w:kern w:val="36"/>
          <w:sz w:val="24"/>
          <w:szCs w:val="24"/>
        </w:rPr>
        <w:t xml:space="preserve">STUDENT SUPPORT </w:t>
      </w:r>
      <w:r w:rsidRPr="002C3402">
        <w:rPr>
          <w:rFonts w:ascii="Tahoma" w:eastAsia="Times New Roman" w:hAnsi="Tahoma" w:cs="Tahoma"/>
          <w:b/>
          <w:bCs/>
          <w:kern w:val="36"/>
          <w:sz w:val="24"/>
          <w:szCs w:val="24"/>
        </w:rPr>
        <w:t>GRANT 2026–2027</w:t>
      </w:r>
    </w:p>
    <w:p w14:paraId="2CD3BB42" w14:textId="62DEF1F4" w:rsidR="002909E7" w:rsidRPr="00A920EA" w:rsidRDefault="00A920EA" w:rsidP="007718AE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25" w:color="auto"/>
        </w:pBdr>
        <w:shd w:val="clear" w:color="auto" w:fill="A8D08D"/>
        <w:jc w:val="center"/>
        <w:rPr>
          <w:rFonts w:eastAsia="Times New Roman" w:cs="Times New Roman"/>
        </w:rPr>
      </w:pPr>
      <w:r w:rsidRPr="00A920EA">
        <w:rPr>
          <w:rFonts w:eastAsia="Times New Roman" w:cs="Times New Roman"/>
          <w:b/>
          <w:sz w:val="24"/>
        </w:rPr>
        <w:t xml:space="preserve">APPLICATION </w:t>
      </w:r>
      <w:r w:rsidR="005750FB">
        <w:rPr>
          <w:rFonts w:eastAsia="Times New Roman" w:cs="Times New Roman"/>
          <w:b/>
          <w:sz w:val="24"/>
        </w:rPr>
        <w:t>FORM</w:t>
      </w:r>
    </w:p>
    <w:p w14:paraId="51C39E6E" w14:textId="77777777" w:rsidR="002909E7" w:rsidRDefault="00DB7BDE">
      <w:pPr>
        <w:pStyle w:val="Heading2"/>
      </w:pPr>
      <w:r>
        <w:t>Application Instructions</w:t>
      </w:r>
    </w:p>
    <w:p w14:paraId="58A1B86D" w14:textId="77777777" w:rsidR="002909E7" w:rsidRDefault="00DB7BDE">
      <w:r>
        <w:t>• Complete all sections.</w:t>
      </w:r>
      <w:r>
        <w:br/>
        <w:t>• Research must align with a NEMA priority area.</w:t>
      </w:r>
      <w:r>
        <w:br/>
        <w:t>• Research must be completed within six (6) months.</w:t>
      </w:r>
      <w:r>
        <w:br/>
        <w:t>• Budget must be in Uganda Shillings (UGX).</w:t>
      </w:r>
      <w:r>
        <w:br/>
        <w:t>• Attach all required supporting documents.</w:t>
      </w:r>
    </w:p>
    <w:p w14:paraId="4F2D1EF7" w14:textId="77777777" w:rsidR="002909E7" w:rsidRDefault="00DB7BDE">
      <w:pPr>
        <w:pStyle w:val="Heading2"/>
      </w:pPr>
      <w:r>
        <w:t>Section 1: Applicant Details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724"/>
        <w:gridCol w:w="5906"/>
      </w:tblGrid>
      <w:tr w:rsidR="002909E7" w14:paraId="7CC84074" w14:textId="77777777" w:rsidTr="00391083">
        <w:trPr>
          <w:trHeight w:val="253"/>
          <w:jc w:val="center"/>
        </w:trPr>
        <w:tc>
          <w:tcPr>
            <w:tcW w:w="1578" w:type="pct"/>
          </w:tcPr>
          <w:p w14:paraId="1109BCC1" w14:textId="77777777" w:rsidR="002909E7" w:rsidRDefault="00DB7BDE">
            <w:r>
              <w:t>Full Name</w:t>
            </w:r>
          </w:p>
        </w:tc>
        <w:tc>
          <w:tcPr>
            <w:tcW w:w="3422" w:type="pct"/>
          </w:tcPr>
          <w:p w14:paraId="3D9AF57B" w14:textId="77777777" w:rsidR="002909E7" w:rsidRDefault="002909E7"/>
        </w:tc>
      </w:tr>
      <w:tr w:rsidR="002909E7" w14:paraId="11EA528E" w14:textId="77777777" w:rsidTr="00391083">
        <w:trPr>
          <w:trHeight w:val="253"/>
          <w:jc w:val="center"/>
        </w:trPr>
        <w:tc>
          <w:tcPr>
            <w:tcW w:w="1578" w:type="pct"/>
          </w:tcPr>
          <w:p w14:paraId="295D9B00" w14:textId="77777777" w:rsidR="002909E7" w:rsidRDefault="00DB7BDE">
            <w:r>
              <w:t>National ID/Passport No.</w:t>
            </w:r>
          </w:p>
        </w:tc>
        <w:tc>
          <w:tcPr>
            <w:tcW w:w="3422" w:type="pct"/>
          </w:tcPr>
          <w:p w14:paraId="07102865" w14:textId="77777777" w:rsidR="002909E7" w:rsidRDefault="002909E7"/>
        </w:tc>
      </w:tr>
      <w:tr w:rsidR="002909E7" w14:paraId="6B8F1B02" w14:textId="77777777" w:rsidTr="00391083">
        <w:trPr>
          <w:trHeight w:val="253"/>
          <w:jc w:val="center"/>
        </w:trPr>
        <w:tc>
          <w:tcPr>
            <w:tcW w:w="1578" w:type="pct"/>
          </w:tcPr>
          <w:p w14:paraId="656DDD56" w14:textId="77777777" w:rsidR="002909E7" w:rsidRDefault="00391083">
            <w:r>
              <w:t xml:space="preserve">Name of </w:t>
            </w:r>
            <w:r w:rsidR="00DB7BDE">
              <w:t>University</w:t>
            </w:r>
          </w:p>
        </w:tc>
        <w:tc>
          <w:tcPr>
            <w:tcW w:w="3422" w:type="pct"/>
          </w:tcPr>
          <w:p w14:paraId="42D11E95" w14:textId="77777777" w:rsidR="002909E7" w:rsidRDefault="002909E7"/>
        </w:tc>
      </w:tr>
      <w:tr w:rsidR="002909E7" w14:paraId="02FFD295" w14:textId="77777777" w:rsidTr="00391083">
        <w:trPr>
          <w:trHeight w:val="253"/>
          <w:jc w:val="center"/>
        </w:trPr>
        <w:tc>
          <w:tcPr>
            <w:tcW w:w="1578" w:type="pct"/>
          </w:tcPr>
          <w:p w14:paraId="6C0C169B" w14:textId="77777777" w:rsidR="002909E7" w:rsidRDefault="00DB7BDE">
            <w:r>
              <w:t>Faculty/School</w:t>
            </w:r>
            <w:r w:rsidR="00391083">
              <w:t>/College</w:t>
            </w:r>
          </w:p>
        </w:tc>
        <w:tc>
          <w:tcPr>
            <w:tcW w:w="3422" w:type="pct"/>
          </w:tcPr>
          <w:p w14:paraId="26CC3451" w14:textId="77777777" w:rsidR="002909E7" w:rsidRDefault="002909E7"/>
        </w:tc>
      </w:tr>
      <w:tr w:rsidR="002909E7" w14:paraId="21C87131" w14:textId="77777777" w:rsidTr="00391083">
        <w:trPr>
          <w:trHeight w:val="253"/>
          <w:jc w:val="center"/>
        </w:trPr>
        <w:tc>
          <w:tcPr>
            <w:tcW w:w="1578" w:type="pct"/>
          </w:tcPr>
          <w:p w14:paraId="2B3E58B9" w14:textId="77777777" w:rsidR="002909E7" w:rsidRDefault="00DB7BDE">
            <w:r>
              <w:t>Department</w:t>
            </w:r>
          </w:p>
        </w:tc>
        <w:tc>
          <w:tcPr>
            <w:tcW w:w="3422" w:type="pct"/>
          </w:tcPr>
          <w:p w14:paraId="11DE8CB3" w14:textId="77777777" w:rsidR="002909E7" w:rsidRDefault="002909E7"/>
        </w:tc>
      </w:tr>
      <w:tr w:rsidR="002909E7" w14:paraId="4ECC57DC" w14:textId="77777777" w:rsidTr="00391083">
        <w:trPr>
          <w:trHeight w:val="253"/>
          <w:jc w:val="center"/>
        </w:trPr>
        <w:tc>
          <w:tcPr>
            <w:tcW w:w="1578" w:type="pct"/>
          </w:tcPr>
          <w:p w14:paraId="21AB2730" w14:textId="77777777" w:rsidR="002909E7" w:rsidRDefault="00DB7BDE">
            <w:r>
              <w:t>Master's Programme</w:t>
            </w:r>
          </w:p>
        </w:tc>
        <w:tc>
          <w:tcPr>
            <w:tcW w:w="3422" w:type="pct"/>
          </w:tcPr>
          <w:p w14:paraId="3E0B33BB" w14:textId="77777777" w:rsidR="002909E7" w:rsidRDefault="002909E7"/>
        </w:tc>
      </w:tr>
      <w:tr w:rsidR="002909E7" w14:paraId="7D55951D" w14:textId="77777777" w:rsidTr="00391083">
        <w:trPr>
          <w:trHeight w:val="253"/>
          <w:jc w:val="center"/>
        </w:trPr>
        <w:tc>
          <w:tcPr>
            <w:tcW w:w="1578" w:type="pct"/>
          </w:tcPr>
          <w:p w14:paraId="10538557" w14:textId="77777777" w:rsidR="002909E7" w:rsidRDefault="00DB7BDE">
            <w:r>
              <w:t>Student Registration No.</w:t>
            </w:r>
          </w:p>
        </w:tc>
        <w:tc>
          <w:tcPr>
            <w:tcW w:w="3422" w:type="pct"/>
          </w:tcPr>
          <w:p w14:paraId="6F2F1C17" w14:textId="77777777" w:rsidR="002909E7" w:rsidRDefault="002909E7"/>
        </w:tc>
      </w:tr>
      <w:tr w:rsidR="002909E7" w14:paraId="5F4FDC9B" w14:textId="77777777" w:rsidTr="00391083">
        <w:trPr>
          <w:trHeight w:val="253"/>
          <w:jc w:val="center"/>
        </w:trPr>
        <w:tc>
          <w:tcPr>
            <w:tcW w:w="1578" w:type="pct"/>
          </w:tcPr>
          <w:p w14:paraId="574675FD" w14:textId="77777777" w:rsidR="002909E7" w:rsidRDefault="00DB7BDE">
            <w:r>
              <w:t>Email Address</w:t>
            </w:r>
          </w:p>
        </w:tc>
        <w:tc>
          <w:tcPr>
            <w:tcW w:w="3422" w:type="pct"/>
          </w:tcPr>
          <w:p w14:paraId="45295FE0" w14:textId="77777777" w:rsidR="002909E7" w:rsidRDefault="002909E7"/>
        </w:tc>
      </w:tr>
      <w:tr w:rsidR="002909E7" w14:paraId="091F3B07" w14:textId="77777777" w:rsidTr="00391083">
        <w:trPr>
          <w:trHeight w:val="253"/>
          <w:jc w:val="center"/>
        </w:trPr>
        <w:tc>
          <w:tcPr>
            <w:tcW w:w="1578" w:type="pct"/>
          </w:tcPr>
          <w:p w14:paraId="15CF040C" w14:textId="77777777" w:rsidR="002909E7" w:rsidRDefault="00DB7BDE">
            <w:r>
              <w:t>Telephone Number</w:t>
            </w:r>
          </w:p>
        </w:tc>
        <w:tc>
          <w:tcPr>
            <w:tcW w:w="3422" w:type="pct"/>
          </w:tcPr>
          <w:p w14:paraId="41DAFCC0" w14:textId="77777777" w:rsidR="002909E7" w:rsidRDefault="002909E7"/>
        </w:tc>
      </w:tr>
      <w:tr w:rsidR="002909E7" w14:paraId="06B49753" w14:textId="77777777" w:rsidTr="00391083">
        <w:trPr>
          <w:trHeight w:val="253"/>
          <w:jc w:val="center"/>
        </w:trPr>
        <w:tc>
          <w:tcPr>
            <w:tcW w:w="1578" w:type="pct"/>
          </w:tcPr>
          <w:p w14:paraId="0E2836E4" w14:textId="77777777" w:rsidR="002909E7" w:rsidRDefault="00DB7BDE">
            <w:r>
              <w:t>Supervisor's Name</w:t>
            </w:r>
          </w:p>
        </w:tc>
        <w:tc>
          <w:tcPr>
            <w:tcW w:w="3422" w:type="pct"/>
          </w:tcPr>
          <w:p w14:paraId="37CE76E9" w14:textId="77777777" w:rsidR="002909E7" w:rsidRDefault="002909E7"/>
        </w:tc>
      </w:tr>
      <w:tr w:rsidR="002909E7" w14:paraId="676E99CF" w14:textId="77777777" w:rsidTr="00391083">
        <w:trPr>
          <w:trHeight w:val="253"/>
          <w:jc w:val="center"/>
        </w:trPr>
        <w:tc>
          <w:tcPr>
            <w:tcW w:w="1578" w:type="pct"/>
          </w:tcPr>
          <w:p w14:paraId="591DF3FD" w14:textId="77777777" w:rsidR="002909E7" w:rsidRDefault="00DB7BDE">
            <w:r>
              <w:t>Supervisor's Contact</w:t>
            </w:r>
          </w:p>
        </w:tc>
        <w:tc>
          <w:tcPr>
            <w:tcW w:w="3422" w:type="pct"/>
          </w:tcPr>
          <w:p w14:paraId="6D260A86" w14:textId="77777777" w:rsidR="002909E7" w:rsidRDefault="002909E7"/>
        </w:tc>
      </w:tr>
    </w:tbl>
    <w:p w14:paraId="190F8008" w14:textId="77777777" w:rsidR="002909E7" w:rsidRDefault="00DB7BDE">
      <w:pPr>
        <w:pStyle w:val="Heading2"/>
      </w:pPr>
      <w:r>
        <w:t>Section 2: Research Information</w:t>
      </w:r>
      <w:r w:rsidR="000C06FA">
        <w:t xml:space="preserve"> as per the approved research proposal by the university.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30"/>
      </w:tblGrid>
      <w:tr w:rsidR="00F632D1" w14:paraId="1212703E" w14:textId="77777777" w:rsidTr="007C7007">
        <w:trPr>
          <w:trHeight w:val="300"/>
          <w:jc w:val="center"/>
        </w:trPr>
        <w:tc>
          <w:tcPr>
            <w:tcW w:w="10026" w:type="dxa"/>
          </w:tcPr>
          <w:p w14:paraId="02AF609E" w14:textId="77777777" w:rsidR="00F632D1" w:rsidRPr="00F632D1" w:rsidRDefault="00F632D1">
            <w:pPr>
              <w:rPr>
                <w:b/>
              </w:rPr>
            </w:pPr>
            <w:r w:rsidRPr="00F632D1">
              <w:rPr>
                <w:b/>
              </w:rPr>
              <w:t>Research Title:</w:t>
            </w:r>
          </w:p>
          <w:p w14:paraId="1D1A393C" w14:textId="77777777" w:rsidR="00F632D1" w:rsidRPr="00F632D1" w:rsidRDefault="00F632D1">
            <w:pPr>
              <w:rPr>
                <w:b/>
              </w:rPr>
            </w:pPr>
          </w:p>
        </w:tc>
      </w:tr>
      <w:tr w:rsidR="00F632D1" w14:paraId="1938925F" w14:textId="77777777" w:rsidTr="007C7007">
        <w:trPr>
          <w:trHeight w:val="300"/>
          <w:jc w:val="center"/>
        </w:trPr>
        <w:tc>
          <w:tcPr>
            <w:tcW w:w="10026" w:type="dxa"/>
          </w:tcPr>
          <w:p w14:paraId="6868C2E7" w14:textId="77777777" w:rsidR="00F632D1" w:rsidRPr="00F632D1" w:rsidRDefault="00F632D1">
            <w:pPr>
              <w:rPr>
                <w:b/>
              </w:rPr>
            </w:pPr>
            <w:r w:rsidRPr="00F632D1">
              <w:rPr>
                <w:b/>
              </w:rPr>
              <w:t>Priority Research Area:</w:t>
            </w:r>
            <w:r w:rsidR="00391083">
              <w:rPr>
                <w:b/>
              </w:rPr>
              <w:t xml:space="preserve"> </w:t>
            </w:r>
            <w:r w:rsidR="00391083" w:rsidRPr="00391083">
              <w:t>(Indicate as per the call)</w:t>
            </w:r>
          </w:p>
          <w:p w14:paraId="160A0398" w14:textId="77777777" w:rsidR="00F632D1" w:rsidRPr="00F632D1" w:rsidRDefault="00F632D1">
            <w:pPr>
              <w:rPr>
                <w:b/>
              </w:rPr>
            </w:pPr>
          </w:p>
        </w:tc>
      </w:tr>
      <w:tr w:rsidR="00F632D1" w14:paraId="75097169" w14:textId="77777777" w:rsidTr="007C7007">
        <w:trPr>
          <w:trHeight w:val="300"/>
          <w:jc w:val="center"/>
        </w:trPr>
        <w:tc>
          <w:tcPr>
            <w:tcW w:w="10026" w:type="dxa"/>
          </w:tcPr>
          <w:p w14:paraId="2A540A2C" w14:textId="77777777" w:rsidR="00391083" w:rsidRPr="00391083" w:rsidRDefault="00391083">
            <w:r>
              <w:rPr>
                <w:b/>
              </w:rPr>
              <w:t xml:space="preserve">Introduction: </w:t>
            </w:r>
            <w:r>
              <w:t>E</w:t>
            </w:r>
            <w:r w:rsidR="00F632D1">
              <w:t>xplain</w:t>
            </w:r>
            <w:r w:rsidR="00F632D1" w:rsidRPr="00F632D1">
              <w:t xml:space="preserve"> the environmental issue, current knowledge, and the context of the proposed study</w:t>
            </w:r>
            <w:r>
              <w:t>. (Max. 25</w:t>
            </w:r>
            <w:r w:rsidRPr="00F632D1">
              <w:t>0 words</w:t>
            </w:r>
            <w:r>
              <w:t>)</w:t>
            </w:r>
          </w:p>
          <w:p w14:paraId="751714A5" w14:textId="77777777" w:rsidR="00F632D1" w:rsidRDefault="00F632D1">
            <w:pPr>
              <w:rPr>
                <w:b/>
              </w:rPr>
            </w:pPr>
          </w:p>
          <w:p w14:paraId="117FF5E8" w14:textId="77777777" w:rsidR="00F632D1" w:rsidRPr="00F632D1" w:rsidRDefault="00F632D1">
            <w:pPr>
              <w:rPr>
                <w:b/>
              </w:rPr>
            </w:pPr>
          </w:p>
        </w:tc>
      </w:tr>
      <w:tr w:rsidR="00F632D1" w14:paraId="1C5380EC" w14:textId="77777777" w:rsidTr="007C7007">
        <w:trPr>
          <w:trHeight w:val="300"/>
          <w:jc w:val="center"/>
        </w:trPr>
        <w:tc>
          <w:tcPr>
            <w:tcW w:w="10026" w:type="dxa"/>
          </w:tcPr>
          <w:p w14:paraId="0650C8D4" w14:textId="77777777" w:rsidR="00F632D1" w:rsidRDefault="00391083">
            <w:pPr>
              <w:rPr>
                <w:b/>
              </w:rPr>
            </w:pPr>
            <w:r>
              <w:rPr>
                <w:b/>
              </w:rPr>
              <w:t>Problem</w:t>
            </w:r>
            <w:r w:rsidR="00107E12">
              <w:rPr>
                <w:b/>
              </w:rPr>
              <w:t xml:space="preserve"> Statement: </w:t>
            </w:r>
            <w:r w:rsidR="00F632D1" w:rsidRPr="00F632D1">
              <w:t>Clearly describe the environmental problem t</w:t>
            </w:r>
            <w:r>
              <w:t>he research intends to address (</w:t>
            </w:r>
            <w:r w:rsidRPr="00F632D1">
              <w:t>Max. 150 words</w:t>
            </w:r>
            <w:r>
              <w:t>)</w:t>
            </w:r>
          </w:p>
          <w:p w14:paraId="64350DE8" w14:textId="77777777" w:rsidR="00F632D1" w:rsidRDefault="00F632D1">
            <w:pPr>
              <w:rPr>
                <w:b/>
              </w:rPr>
            </w:pPr>
          </w:p>
          <w:p w14:paraId="62637384" w14:textId="77777777" w:rsidR="00F632D1" w:rsidRPr="00F632D1" w:rsidRDefault="00F632D1">
            <w:pPr>
              <w:rPr>
                <w:b/>
              </w:rPr>
            </w:pPr>
          </w:p>
        </w:tc>
      </w:tr>
      <w:tr w:rsidR="00F632D1" w14:paraId="16FAC0DC" w14:textId="77777777" w:rsidTr="007C7007">
        <w:trPr>
          <w:trHeight w:val="601"/>
          <w:jc w:val="center"/>
        </w:trPr>
        <w:tc>
          <w:tcPr>
            <w:tcW w:w="10026" w:type="dxa"/>
          </w:tcPr>
          <w:p w14:paraId="4A859BC6" w14:textId="77777777" w:rsidR="00F632D1" w:rsidRDefault="00F632D1">
            <w:pPr>
              <w:rPr>
                <w:b/>
              </w:rPr>
            </w:pPr>
            <w:r w:rsidRPr="00F632D1">
              <w:rPr>
                <w:b/>
              </w:rPr>
              <w:t xml:space="preserve">Justification and Relevance to </w:t>
            </w:r>
            <w:r>
              <w:rPr>
                <w:b/>
              </w:rPr>
              <w:t xml:space="preserve">NEMA Priorities </w:t>
            </w:r>
            <w:r w:rsidRPr="00F632D1">
              <w:t xml:space="preserve">(Describe the expected </w:t>
            </w:r>
            <w:r w:rsidR="00107E12">
              <w:t>policy or management relevance. (</w:t>
            </w:r>
            <w:r w:rsidR="00107E12" w:rsidRPr="00F632D1">
              <w:t>Max. 150 words</w:t>
            </w:r>
            <w:r w:rsidR="00107E12">
              <w:t>)</w:t>
            </w:r>
          </w:p>
          <w:p w14:paraId="02B5E40F" w14:textId="77777777" w:rsidR="00F632D1" w:rsidRPr="00F632D1" w:rsidRDefault="00F632D1">
            <w:pPr>
              <w:rPr>
                <w:b/>
              </w:rPr>
            </w:pPr>
          </w:p>
        </w:tc>
      </w:tr>
      <w:tr w:rsidR="00F632D1" w14:paraId="3E205E1A" w14:textId="77777777" w:rsidTr="007C7007">
        <w:trPr>
          <w:trHeight w:val="300"/>
          <w:jc w:val="center"/>
        </w:trPr>
        <w:tc>
          <w:tcPr>
            <w:tcW w:w="10026" w:type="dxa"/>
          </w:tcPr>
          <w:p w14:paraId="2CC56E40" w14:textId="77777777" w:rsidR="00F632D1" w:rsidRDefault="00F632D1">
            <w:pPr>
              <w:rPr>
                <w:b/>
              </w:rPr>
            </w:pPr>
            <w:r w:rsidRPr="00F632D1">
              <w:rPr>
                <w:b/>
              </w:rPr>
              <w:t>Overall Objective</w:t>
            </w:r>
          </w:p>
          <w:p w14:paraId="2D234BD1" w14:textId="77777777" w:rsidR="00F632D1" w:rsidRPr="00F632D1" w:rsidRDefault="00F632D1">
            <w:pPr>
              <w:rPr>
                <w:b/>
              </w:rPr>
            </w:pPr>
          </w:p>
        </w:tc>
      </w:tr>
      <w:tr w:rsidR="00F632D1" w14:paraId="1E12275B" w14:textId="77777777" w:rsidTr="007C7007">
        <w:trPr>
          <w:trHeight w:val="300"/>
          <w:jc w:val="center"/>
        </w:trPr>
        <w:tc>
          <w:tcPr>
            <w:tcW w:w="10026" w:type="dxa"/>
          </w:tcPr>
          <w:p w14:paraId="7AC6E8BA" w14:textId="77777777" w:rsidR="00F632D1" w:rsidRDefault="00107E12">
            <w:pPr>
              <w:rPr>
                <w:b/>
              </w:rPr>
            </w:pPr>
            <w:r>
              <w:rPr>
                <w:b/>
              </w:rPr>
              <w:t>Specific Objectives</w:t>
            </w:r>
          </w:p>
          <w:p w14:paraId="3BDB2D3E" w14:textId="77777777" w:rsidR="00F632D1" w:rsidRDefault="00F632D1">
            <w:pPr>
              <w:rPr>
                <w:b/>
              </w:rPr>
            </w:pPr>
          </w:p>
          <w:p w14:paraId="62637F29" w14:textId="77777777" w:rsidR="00F632D1" w:rsidRPr="00F632D1" w:rsidRDefault="00F632D1">
            <w:pPr>
              <w:rPr>
                <w:b/>
              </w:rPr>
            </w:pPr>
          </w:p>
        </w:tc>
      </w:tr>
      <w:tr w:rsidR="00F632D1" w14:paraId="1F5395EF" w14:textId="77777777" w:rsidTr="007C7007">
        <w:trPr>
          <w:trHeight w:val="300"/>
          <w:jc w:val="center"/>
        </w:trPr>
        <w:tc>
          <w:tcPr>
            <w:tcW w:w="10026" w:type="dxa"/>
          </w:tcPr>
          <w:p w14:paraId="397C9145" w14:textId="77777777" w:rsidR="00F632D1" w:rsidRDefault="00F632D1">
            <w:pPr>
              <w:rPr>
                <w:b/>
              </w:rPr>
            </w:pPr>
            <w:r w:rsidRPr="00F632D1">
              <w:rPr>
                <w:b/>
              </w:rPr>
              <w:lastRenderedPageBreak/>
              <w:t>Methodology</w:t>
            </w:r>
            <w:r w:rsidR="00107E12">
              <w:t>: I</w:t>
            </w:r>
            <w:r w:rsidRPr="00F632D1">
              <w:t>nclude study area, research design, data collection and analysis methods</w:t>
            </w:r>
            <w:r w:rsidR="00107E12">
              <w:t xml:space="preserve">. </w:t>
            </w:r>
            <w:r w:rsidR="00107E12" w:rsidRPr="00107E12">
              <w:t>(Max. 300 words)</w:t>
            </w:r>
          </w:p>
          <w:p w14:paraId="7ADDDB48" w14:textId="77777777" w:rsidR="00F632D1" w:rsidRDefault="00F632D1">
            <w:pPr>
              <w:rPr>
                <w:b/>
              </w:rPr>
            </w:pPr>
          </w:p>
          <w:p w14:paraId="2C32437B" w14:textId="77777777" w:rsidR="00F632D1" w:rsidRPr="00F632D1" w:rsidRDefault="00F632D1">
            <w:pPr>
              <w:rPr>
                <w:b/>
              </w:rPr>
            </w:pPr>
          </w:p>
        </w:tc>
      </w:tr>
    </w:tbl>
    <w:p w14:paraId="64ABB9E7" w14:textId="77777777" w:rsidR="002909E7" w:rsidRDefault="00DB7BDE">
      <w:pPr>
        <w:pStyle w:val="Heading2"/>
      </w:pPr>
      <w:r>
        <w:t>Section 3: Six-Month Work Plan</w:t>
      </w:r>
      <w:r w:rsidR="00107E12">
        <w:t xml:space="preserve">. </w:t>
      </w:r>
      <w:r w:rsidR="00107E12" w:rsidRPr="00107E12">
        <w:rPr>
          <w:b w:val="0"/>
          <w:color w:val="auto"/>
        </w:rPr>
        <w:t>(</w:t>
      </w:r>
      <w:r w:rsidR="00107E12" w:rsidRPr="00107E12">
        <w:rPr>
          <w:b w:val="0"/>
          <w:i/>
          <w:color w:val="auto"/>
        </w:rPr>
        <w:t>Modify research activities according to your research study</w:t>
      </w:r>
      <w:r w:rsidR="00107E12" w:rsidRPr="00107E12">
        <w:rPr>
          <w:b w:val="0"/>
          <w:color w:val="auto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0"/>
        <w:gridCol w:w="1230"/>
        <w:gridCol w:w="1230"/>
        <w:gridCol w:w="1230"/>
        <w:gridCol w:w="1230"/>
        <w:gridCol w:w="1230"/>
        <w:gridCol w:w="1230"/>
      </w:tblGrid>
      <w:tr w:rsidR="002909E7" w14:paraId="08068C55" w14:textId="77777777">
        <w:tc>
          <w:tcPr>
            <w:tcW w:w="1234" w:type="dxa"/>
          </w:tcPr>
          <w:p w14:paraId="2B07C915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Activity</w:t>
            </w:r>
          </w:p>
        </w:tc>
        <w:tc>
          <w:tcPr>
            <w:tcW w:w="1234" w:type="dxa"/>
          </w:tcPr>
          <w:p w14:paraId="64B9EF43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M1</w:t>
            </w:r>
          </w:p>
        </w:tc>
        <w:tc>
          <w:tcPr>
            <w:tcW w:w="1234" w:type="dxa"/>
          </w:tcPr>
          <w:p w14:paraId="4C1CC5DD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M2</w:t>
            </w:r>
          </w:p>
        </w:tc>
        <w:tc>
          <w:tcPr>
            <w:tcW w:w="1234" w:type="dxa"/>
          </w:tcPr>
          <w:p w14:paraId="06DF980A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M3</w:t>
            </w:r>
          </w:p>
        </w:tc>
        <w:tc>
          <w:tcPr>
            <w:tcW w:w="1234" w:type="dxa"/>
          </w:tcPr>
          <w:p w14:paraId="4AD86890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M4</w:t>
            </w:r>
          </w:p>
        </w:tc>
        <w:tc>
          <w:tcPr>
            <w:tcW w:w="1234" w:type="dxa"/>
          </w:tcPr>
          <w:p w14:paraId="6B30273D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M5</w:t>
            </w:r>
          </w:p>
        </w:tc>
        <w:tc>
          <w:tcPr>
            <w:tcW w:w="1234" w:type="dxa"/>
          </w:tcPr>
          <w:p w14:paraId="315E4194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M6</w:t>
            </w:r>
          </w:p>
        </w:tc>
      </w:tr>
      <w:tr w:rsidR="002909E7" w14:paraId="06D17E52" w14:textId="77777777">
        <w:tc>
          <w:tcPr>
            <w:tcW w:w="1234" w:type="dxa"/>
          </w:tcPr>
          <w:p w14:paraId="7E4249E1" w14:textId="77777777" w:rsidR="002909E7" w:rsidRDefault="00DB7BDE">
            <w:r>
              <w:t>Literature Review</w:t>
            </w:r>
          </w:p>
        </w:tc>
        <w:tc>
          <w:tcPr>
            <w:tcW w:w="1234" w:type="dxa"/>
          </w:tcPr>
          <w:p w14:paraId="501934FF" w14:textId="77777777" w:rsidR="002909E7" w:rsidRDefault="002909E7"/>
        </w:tc>
        <w:tc>
          <w:tcPr>
            <w:tcW w:w="1234" w:type="dxa"/>
          </w:tcPr>
          <w:p w14:paraId="72130901" w14:textId="77777777" w:rsidR="002909E7" w:rsidRDefault="002909E7"/>
        </w:tc>
        <w:tc>
          <w:tcPr>
            <w:tcW w:w="1234" w:type="dxa"/>
          </w:tcPr>
          <w:p w14:paraId="5F4D5A8E" w14:textId="77777777" w:rsidR="002909E7" w:rsidRDefault="002909E7"/>
        </w:tc>
        <w:tc>
          <w:tcPr>
            <w:tcW w:w="1234" w:type="dxa"/>
          </w:tcPr>
          <w:p w14:paraId="3597E8B5" w14:textId="77777777" w:rsidR="002909E7" w:rsidRDefault="002909E7"/>
        </w:tc>
        <w:tc>
          <w:tcPr>
            <w:tcW w:w="1234" w:type="dxa"/>
          </w:tcPr>
          <w:p w14:paraId="1FC7298B" w14:textId="77777777" w:rsidR="002909E7" w:rsidRDefault="002909E7"/>
        </w:tc>
        <w:tc>
          <w:tcPr>
            <w:tcW w:w="1234" w:type="dxa"/>
          </w:tcPr>
          <w:p w14:paraId="36917F68" w14:textId="77777777" w:rsidR="002909E7" w:rsidRDefault="002909E7"/>
        </w:tc>
      </w:tr>
      <w:tr w:rsidR="002909E7" w14:paraId="2C27DA54" w14:textId="77777777">
        <w:tc>
          <w:tcPr>
            <w:tcW w:w="1234" w:type="dxa"/>
          </w:tcPr>
          <w:p w14:paraId="2DE7B27B" w14:textId="77777777" w:rsidR="002909E7" w:rsidRDefault="00DB7BDE">
            <w:r>
              <w:t>Field Data Collection</w:t>
            </w:r>
          </w:p>
        </w:tc>
        <w:tc>
          <w:tcPr>
            <w:tcW w:w="1234" w:type="dxa"/>
          </w:tcPr>
          <w:p w14:paraId="2CB6F658" w14:textId="77777777" w:rsidR="002909E7" w:rsidRDefault="002909E7"/>
        </w:tc>
        <w:tc>
          <w:tcPr>
            <w:tcW w:w="1234" w:type="dxa"/>
          </w:tcPr>
          <w:p w14:paraId="021569C3" w14:textId="77777777" w:rsidR="002909E7" w:rsidRDefault="002909E7"/>
        </w:tc>
        <w:tc>
          <w:tcPr>
            <w:tcW w:w="1234" w:type="dxa"/>
          </w:tcPr>
          <w:p w14:paraId="0A86FE83" w14:textId="77777777" w:rsidR="002909E7" w:rsidRDefault="002909E7"/>
        </w:tc>
        <w:tc>
          <w:tcPr>
            <w:tcW w:w="1234" w:type="dxa"/>
          </w:tcPr>
          <w:p w14:paraId="77DEA28F" w14:textId="77777777" w:rsidR="002909E7" w:rsidRDefault="002909E7"/>
        </w:tc>
        <w:tc>
          <w:tcPr>
            <w:tcW w:w="1234" w:type="dxa"/>
          </w:tcPr>
          <w:p w14:paraId="330F36E9" w14:textId="77777777" w:rsidR="002909E7" w:rsidRDefault="002909E7"/>
        </w:tc>
        <w:tc>
          <w:tcPr>
            <w:tcW w:w="1234" w:type="dxa"/>
          </w:tcPr>
          <w:p w14:paraId="69BA53A5" w14:textId="77777777" w:rsidR="002909E7" w:rsidRDefault="002909E7"/>
        </w:tc>
      </w:tr>
      <w:tr w:rsidR="002909E7" w14:paraId="7ADB0CA9" w14:textId="77777777">
        <w:tc>
          <w:tcPr>
            <w:tcW w:w="1234" w:type="dxa"/>
          </w:tcPr>
          <w:p w14:paraId="0FEF85E3" w14:textId="77777777" w:rsidR="002909E7" w:rsidRDefault="00DB7BDE">
            <w:r>
              <w:t>Laboratory Analysis</w:t>
            </w:r>
          </w:p>
        </w:tc>
        <w:tc>
          <w:tcPr>
            <w:tcW w:w="1234" w:type="dxa"/>
          </w:tcPr>
          <w:p w14:paraId="72EFFFDF" w14:textId="77777777" w:rsidR="002909E7" w:rsidRDefault="002909E7"/>
        </w:tc>
        <w:tc>
          <w:tcPr>
            <w:tcW w:w="1234" w:type="dxa"/>
          </w:tcPr>
          <w:p w14:paraId="7C3806DE" w14:textId="77777777" w:rsidR="002909E7" w:rsidRDefault="002909E7"/>
        </w:tc>
        <w:tc>
          <w:tcPr>
            <w:tcW w:w="1234" w:type="dxa"/>
          </w:tcPr>
          <w:p w14:paraId="0C6C7268" w14:textId="77777777" w:rsidR="002909E7" w:rsidRDefault="002909E7"/>
        </w:tc>
        <w:tc>
          <w:tcPr>
            <w:tcW w:w="1234" w:type="dxa"/>
          </w:tcPr>
          <w:p w14:paraId="376DA7B8" w14:textId="77777777" w:rsidR="002909E7" w:rsidRDefault="002909E7"/>
        </w:tc>
        <w:tc>
          <w:tcPr>
            <w:tcW w:w="1234" w:type="dxa"/>
          </w:tcPr>
          <w:p w14:paraId="04C81092" w14:textId="77777777" w:rsidR="002909E7" w:rsidRDefault="002909E7"/>
        </w:tc>
        <w:tc>
          <w:tcPr>
            <w:tcW w:w="1234" w:type="dxa"/>
          </w:tcPr>
          <w:p w14:paraId="0A305289" w14:textId="77777777" w:rsidR="002909E7" w:rsidRDefault="002909E7"/>
        </w:tc>
      </w:tr>
      <w:tr w:rsidR="002909E7" w14:paraId="591ED72F" w14:textId="77777777">
        <w:tc>
          <w:tcPr>
            <w:tcW w:w="1234" w:type="dxa"/>
          </w:tcPr>
          <w:p w14:paraId="4081A6C1" w14:textId="77777777" w:rsidR="002909E7" w:rsidRDefault="00DB7BDE">
            <w:r>
              <w:t>Data Analysis</w:t>
            </w:r>
          </w:p>
        </w:tc>
        <w:tc>
          <w:tcPr>
            <w:tcW w:w="1234" w:type="dxa"/>
          </w:tcPr>
          <w:p w14:paraId="48E72197" w14:textId="77777777" w:rsidR="002909E7" w:rsidRDefault="002909E7"/>
        </w:tc>
        <w:tc>
          <w:tcPr>
            <w:tcW w:w="1234" w:type="dxa"/>
          </w:tcPr>
          <w:p w14:paraId="660071C6" w14:textId="77777777" w:rsidR="002909E7" w:rsidRDefault="002909E7"/>
        </w:tc>
        <w:tc>
          <w:tcPr>
            <w:tcW w:w="1234" w:type="dxa"/>
          </w:tcPr>
          <w:p w14:paraId="3A19A38E" w14:textId="77777777" w:rsidR="002909E7" w:rsidRDefault="002909E7"/>
        </w:tc>
        <w:tc>
          <w:tcPr>
            <w:tcW w:w="1234" w:type="dxa"/>
          </w:tcPr>
          <w:p w14:paraId="04A44446" w14:textId="77777777" w:rsidR="002909E7" w:rsidRDefault="002909E7"/>
        </w:tc>
        <w:tc>
          <w:tcPr>
            <w:tcW w:w="1234" w:type="dxa"/>
          </w:tcPr>
          <w:p w14:paraId="2CDBE20F" w14:textId="77777777" w:rsidR="002909E7" w:rsidRDefault="002909E7"/>
        </w:tc>
        <w:tc>
          <w:tcPr>
            <w:tcW w:w="1234" w:type="dxa"/>
          </w:tcPr>
          <w:p w14:paraId="0A7C2EDF" w14:textId="77777777" w:rsidR="002909E7" w:rsidRDefault="002909E7"/>
        </w:tc>
      </w:tr>
      <w:tr w:rsidR="002909E7" w14:paraId="6D3D2FC2" w14:textId="77777777">
        <w:tc>
          <w:tcPr>
            <w:tcW w:w="1234" w:type="dxa"/>
          </w:tcPr>
          <w:p w14:paraId="0F320C6E" w14:textId="77777777" w:rsidR="002909E7" w:rsidRDefault="00DB7BDE">
            <w:r>
              <w:t>Report Writing</w:t>
            </w:r>
          </w:p>
        </w:tc>
        <w:tc>
          <w:tcPr>
            <w:tcW w:w="1234" w:type="dxa"/>
          </w:tcPr>
          <w:p w14:paraId="0E139016" w14:textId="77777777" w:rsidR="002909E7" w:rsidRDefault="002909E7"/>
        </w:tc>
        <w:tc>
          <w:tcPr>
            <w:tcW w:w="1234" w:type="dxa"/>
          </w:tcPr>
          <w:p w14:paraId="1F8B5158" w14:textId="77777777" w:rsidR="002909E7" w:rsidRDefault="002909E7"/>
        </w:tc>
        <w:tc>
          <w:tcPr>
            <w:tcW w:w="1234" w:type="dxa"/>
          </w:tcPr>
          <w:p w14:paraId="3EBC5D08" w14:textId="77777777" w:rsidR="002909E7" w:rsidRDefault="002909E7"/>
        </w:tc>
        <w:tc>
          <w:tcPr>
            <w:tcW w:w="1234" w:type="dxa"/>
          </w:tcPr>
          <w:p w14:paraId="5B49E15C" w14:textId="77777777" w:rsidR="002909E7" w:rsidRDefault="002909E7"/>
        </w:tc>
        <w:tc>
          <w:tcPr>
            <w:tcW w:w="1234" w:type="dxa"/>
          </w:tcPr>
          <w:p w14:paraId="3C575E03" w14:textId="77777777" w:rsidR="002909E7" w:rsidRDefault="002909E7"/>
        </w:tc>
        <w:tc>
          <w:tcPr>
            <w:tcW w:w="1234" w:type="dxa"/>
          </w:tcPr>
          <w:p w14:paraId="7EBE7FE3" w14:textId="77777777" w:rsidR="002909E7" w:rsidRDefault="002909E7"/>
        </w:tc>
      </w:tr>
      <w:tr w:rsidR="002909E7" w14:paraId="47C15E36" w14:textId="77777777">
        <w:tc>
          <w:tcPr>
            <w:tcW w:w="1234" w:type="dxa"/>
          </w:tcPr>
          <w:p w14:paraId="5F5E0EE6" w14:textId="77777777" w:rsidR="002909E7" w:rsidRDefault="00DB7BDE">
            <w:r>
              <w:t>Final Submission</w:t>
            </w:r>
          </w:p>
        </w:tc>
        <w:tc>
          <w:tcPr>
            <w:tcW w:w="1234" w:type="dxa"/>
          </w:tcPr>
          <w:p w14:paraId="366E7D46" w14:textId="77777777" w:rsidR="002909E7" w:rsidRDefault="002909E7"/>
        </w:tc>
        <w:tc>
          <w:tcPr>
            <w:tcW w:w="1234" w:type="dxa"/>
          </w:tcPr>
          <w:p w14:paraId="47C8B99A" w14:textId="77777777" w:rsidR="002909E7" w:rsidRDefault="002909E7"/>
        </w:tc>
        <w:tc>
          <w:tcPr>
            <w:tcW w:w="1234" w:type="dxa"/>
          </w:tcPr>
          <w:p w14:paraId="7A85143F" w14:textId="77777777" w:rsidR="002909E7" w:rsidRDefault="002909E7"/>
        </w:tc>
        <w:tc>
          <w:tcPr>
            <w:tcW w:w="1234" w:type="dxa"/>
          </w:tcPr>
          <w:p w14:paraId="5E66A3C7" w14:textId="77777777" w:rsidR="002909E7" w:rsidRDefault="002909E7"/>
        </w:tc>
        <w:tc>
          <w:tcPr>
            <w:tcW w:w="1234" w:type="dxa"/>
          </w:tcPr>
          <w:p w14:paraId="22A602E7" w14:textId="77777777" w:rsidR="002909E7" w:rsidRDefault="002909E7"/>
        </w:tc>
        <w:tc>
          <w:tcPr>
            <w:tcW w:w="1234" w:type="dxa"/>
          </w:tcPr>
          <w:p w14:paraId="55CA2A30" w14:textId="77777777" w:rsidR="002909E7" w:rsidRDefault="002909E7"/>
        </w:tc>
      </w:tr>
    </w:tbl>
    <w:p w14:paraId="6048113C" w14:textId="77777777" w:rsidR="002909E7" w:rsidRDefault="000C06FA">
      <w:pPr>
        <w:pStyle w:val="Heading2"/>
      </w:pPr>
      <w:r>
        <w:t xml:space="preserve">Section 4: Budget </w:t>
      </w:r>
      <w:r w:rsidR="00107E12" w:rsidRPr="00107E12">
        <w:rPr>
          <w:b w:val="0"/>
          <w:color w:val="auto"/>
        </w:rPr>
        <w:t>(</w:t>
      </w:r>
      <w:r w:rsidR="00107E12" w:rsidRPr="00107E12">
        <w:rPr>
          <w:b w:val="0"/>
          <w:i/>
          <w:color w:val="auto"/>
        </w:rPr>
        <w:t>Modify research activities according to your research study</w:t>
      </w:r>
      <w:r w:rsidR="009730A5">
        <w:rPr>
          <w:b w:val="0"/>
          <w:i/>
          <w:color w:val="auto"/>
        </w:rPr>
        <w:t>. Maximum support amount is Uganda shillings 5,000,000</w:t>
      </w:r>
      <w:r w:rsidR="00107E12" w:rsidRPr="00107E12">
        <w:rPr>
          <w:b w:val="0"/>
          <w:color w:val="auto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4135"/>
      </w:tblGrid>
      <w:tr w:rsidR="002909E7" w14:paraId="499A180E" w14:textId="77777777" w:rsidTr="00CC7224">
        <w:tc>
          <w:tcPr>
            <w:tcW w:w="4495" w:type="dxa"/>
          </w:tcPr>
          <w:p w14:paraId="47CA1FE9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Budget Item</w:t>
            </w:r>
          </w:p>
        </w:tc>
        <w:tc>
          <w:tcPr>
            <w:tcW w:w="4135" w:type="dxa"/>
          </w:tcPr>
          <w:p w14:paraId="303703D0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Amount (UGX)</w:t>
            </w:r>
          </w:p>
        </w:tc>
      </w:tr>
      <w:tr w:rsidR="002909E7" w14:paraId="29FB15DA" w14:textId="77777777" w:rsidTr="00CC7224">
        <w:tc>
          <w:tcPr>
            <w:tcW w:w="4495" w:type="dxa"/>
          </w:tcPr>
          <w:p w14:paraId="3799B497" w14:textId="77777777" w:rsidR="002909E7" w:rsidRDefault="00DB7BDE">
            <w:r>
              <w:t>Field Consumables</w:t>
            </w:r>
          </w:p>
        </w:tc>
        <w:tc>
          <w:tcPr>
            <w:tcW w:w="4135" w:type="dxa"/>
          </w:tcPr>
          <w:p w14:paraId="1EB1E717" w14:textId="77777777" w:rsidR="002909E7" w:rsidRDefault="002909E7"/>
        </w:tc>
      </w:tr>
      <w:tr w:rsidR="002909E7" w14:paraId="05C2F559" w14:textId="77777777" w:rsidTr="00CC7224">
        <w:tc>
          <w:tcPr>
            <w:tcW w:w="4495" w:type="dxa"/>
          </w:tcPr>
          <w:p w14:paraId="20822463" w14:textId="77777777" w:rsidR="002909E7" w:rsidRDefault="00DB7BDE">
            <w:r>
              <w:t>Laboratory Consumables</w:t>
            </w:r>
          </w:p>
        </w:tc>
        <w:tc>
          <w:tcPr>
            <w:tcW w:w="4135" w:type="dxa"/>
          </w:tcPr>
          <w:p w14:paraId="3BBABBCA" w14:textId="77777777" w:rsidR="002909E7" w:rsidRDefault="002909E7"/>
        </w:tc>
      </w:tr>
      <w:tr w:rsidR="002909E7" w14:paraId="741C0764" w14:textId="77777777" w:rsidTr="00CC7224">
        <w:tc>
          <w:tcPr>
            <w:tcW w:w="4495" w:type="dxa"/>
          </w:tcPr>
          <w:p w14:paraId="234B1D51" w14:textId="77777777" w:rsidR="002909E7" w:rsidRDefault="00DB7BDE">
            <w:r>
              <w:t>Local Field Travel</w:t>
            </w:r>
          </w:p>
        </w:tc>
        <w:tc>
          <w:tcPr>
            <w:tcW w:w="4135" w:type="dxa"/>
          </w:tcPr>
          <w:p w14:paraId="13B078EE" w14:textId="77777777" w:rsidR="002909E7" w:rsidRDefault="002909E7"/>
        </w:tc>
      </w:tr>
      <w:tr w:rsidR="002909E7" w14:paraId="6824687A" w14:textId="77777777" w:rsidTr="00CC7224">
        <w:tc>
          <w:tcPr>
            <w:tcW w:w="4495" w:type="dxa"/>
          </w:tcPr>
          <w:p w14:paraId="72548BB9" w14:textId="77777777" w:rsidR="002909E7" w:rsidRDefault="00DB7BDE">
            <w:r>
              <w:t>Field Assistance</w:t>
            </w:r>
          </w:p>
        </w:tc>
        <w:tc>
          <w:tcPr>
            <w:tcW w:w="4135" w:type="dxa"/>
          </w:tcPr>
          <w:p w14:paraId="308136E9" w14:textId="77777777" w:rsidR="002909E7" w:rsidRDefault="002909E7"/>
        </w:tc>
      </w:tr>
      <w:tr w:rsidR="002909E7" w14:paraId="4FE1183E" w14:textId="77777777" w:rsidTr="00CC7224">
        <w:tc>
          <w:tcPr>
            <w:tcW w:w="4495" w:type="dxa"/>
          </w:tcPr>
          <w:p w14:paraId="57C8F65F" w14:textId="77777777" w:rsidR="002909E7" w:rsidRDefault="00DB7BDE">
            <w:r>
              <w:t>Data Analysis</w:t>
            </w:r>
          </w:p>
        </w:tc>
        <w:tc>
          <w:tcPr>
            <w:tcW w:w="4135" w:type="dxa"/>
          </w:tcPr>
          <w:p w14:paraId="53A0837C" w14:textId="77777777" w:rsidR="002909E7" w:rsidRDefault="002909E7"/>
        </w:tc>
      </w:tr>
      <w:tr w:rsidR="002909E7" w14:paraId="584D72B6" w14:textId="77777777" w:rsidTr="00CC7224">
        <w:tc>
          <w:tcPr>
            <w:tcW w:w="4495" w:type="dxa"/>
          </w:tcPr>
          <w:p w14:paraId="096BE775" w14:textId="77777777" w:rsidR="002909E7" w:rsidRDefault="00DB7BDE">
            <w:r>
              <w:t>Reporting</w:t>
            </w:r>
          </w:p>
        </w:tc>
        <w:tc>
          <w:tcPr>
            <w:tcW w:w="4135" w:type="dxa"/>
          </w:tcPr>
          <w:p w14:paraId="0B9B1A52" w14:textId="77777777" w:rsidR="002909E7" w:rsidRDefault="002909E7"/>
        </w:tc>
      </w:tr>
      <w:tr w:rsidR="002909E7" w14:paraId="0B5FF142" w14:textId="77777777" w:rsidTr="00CC7224">
        <w:tc>
          <w:tcPr>
            <w:tcW w:w="4495" w:type="dxa"/>
          </w:tcPr>
          <w:p w14:paraId="2E368F6D" w14:textId="77777777" w:rsidR="002909E7" w:rsidRDefault="00CC7224">
            <w:r>
              <w:t>Research dissemination</w:t>
            </w:r>
          </w:p>
        </w:tc>
        <w:tc>
          <w:tcPr>
            <w:tcW w:w="4135" w:type="dxa"/>
          </w:tcPr>
          <w:p w14:paraId="7E29243B" w14:textId="77777777" w:rsidR="002909E7" w:rsidRDefault="002909E7"/>
        </w:tc>
      </w:tr>
      <w:tr w:rsidR="002909E7" w14:paraId="2E6580EC" w14:textId="77777777" w:rsidTr="00CC7224">
        <w:tc>
          <w:tcPr>
            <w:tcW w:w="4495" w:type="dxa"/>
          </w:tcPr>
          <w:p w14:paraId="7AB73455" w14:textId="77777777" w:rsidR="002909E7" w:rsidRPr="00CC7224" w:rsidRDefault="00CC7224" w:rsidP="00CC7224">
            <w:pPr>
              <w:rPr>
                <w:b/>
              </w:rPr>
            </w:pPr>
            <w:r w:rsidRPr="00CC7224">
              <w:rPr>
                <w:b/>
              </w:rPr>
              <w:t>Total Budget</w:t>
            </w:r>
            <w:r>
              <w:rPr>
                <w:b/>
              </w:rPr>
              <w:t>.</w:t>
            </w:r>
          </w:p>
        </w:tc>
        <w:tc>
          <w:tcPr>
            <w:tcW w:w="4135" w:type="dxa"/>
          </w:tcPr>
          <w:p w14:paraId="615FAC65" w14:textId="77777777" w:rsidR="002909E7" w:rsidRDefault="002909E7"/>
        </w:tc>
      </w:tr>
    </w:tbl>
    <w:p w14:paraId="070FBC99" w14:textId="77777777" w:rsidR="002909E7" w:rsidRDefault="00DB7BDE">
      <w:pPr>
        <w:pStyle w:val="Heading2"/>
      </w:pPr>
      <w:r>
        <w:t>Section 5: Expected Outputs</w:t>
      </w:r>
    </w:p>
    <w:p w14:paraId="01C2EB6A" w14:textId="77777777" w:rsidR="002909E7" w:rsidRDefault="00DB7BDE">
      <w:r>
        <w:t>Briefly explain how the findings will contribute to environmental management or policy (Max. 150 words).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630"/>
      </w:tblGrid>
      <w:tr w:rsidR="008F2040" w14:paraId="5008A70F" w14:textId="77777777" w:rsidTr="009730A5">
        <w:trPr>
          <w:trHeight w:val="2801"/>
        </w:trPr>
        <w:tc>
          <w:tcPr>
            <w:tcW w:w="5000" w:type="pct"/>
          </w:tcPr>
          <w:p w14:paraId="2DCDECF8" w14:textId="77777777" w:rsidR="008F2040" w:rsidRDefault="008F2040"/>
        </w:tc>
      </w:tr>
    </w:tbl>
    <w:p w14:paraId="76FDC76F" w14:textId="77777777" w:rsidR="00F632D1" w:rsidRDefault="00DB7BDE">
      <w:pPr>
        <w:pStyle w:val="Heading2"/>
      </w:pPr>
      <w:r>
        <w:lastRenderedPageBreak/>
        <w:t>Section 6: Required Supporting Documents</w:t>
      </w:r>
      <w:r w:rsidR="00F632D1">
        <w:t xml:space="preserve">: </w:t>
      </w:r>
    </w:p>
    <w:p w14:paraId="00D8D721" w14:textId="77777777" w:rsidR="002909E7" w:rsidRPr="00F632D1" w:rsidRDefault="00F632D1" w:rsidP="00F632D1">
      <w:r>
        <w:t>Attach the following documents</w:t>
      </w:r>
      <w:r w:rsidR="009730A5">
        <w:t xml:space="preserve"> in a single PDF file</w:t>
      </w:r>
      <w:r>
        <w:t>.</w:t>
      </w:r>
    </w:p>
    <w:p w14:paraId="19C1AC63" w14:textId="77777777" w:rsidR="008F2040" w:rsidRDefault="008F2040" w:rsidP="008F2040">
      <w:pPr>
        <w:pStyle w:val="ListParagraph"/>
        <w:numPr>
          <w:ilvl w:val="0"/>
          <w:numId w:val="10"/>
        </w:numPr>
      </w:pPr>
      <w:r>
        <w:t>Curriculum Vitae</w:t>
      </w:r>
      <w:r w:rsidR="006774AB">
        <w:t xml:space="preserve"> (Max. 2 pages)</w:t>
      </w:r>
    </w:p>
    <w:p w14:paraId="35FF0990" w14:textId="77777777" w:rsidR="008F2040" w:rsidRDefault="008F2040" w:rsidP="008F2040">
      <w:pPr>
        <w:pStyle w:val="ListParagraph"/>
        <w:numPr>
          <w:ilvl w:val="0"/>
          <w:numId w:val="10"/>
        </w:numPr>
      </w:pPr>
      <w:r>
        <w:t>Signed Academic Testimonial/</w:t>
      </w:r>
      <w:r w:rsidR="009730A5">
        <w:t xml:space="preserve"> provisional r</w:t>
      </w:r>
      <w:r>
        <w:t>esults</w:t>
      </w:r>
      <w:r w:rsidR="009730A5">
        <w:t xml:space="preserve"> (as proof of completion of coursework)</w:t>
      </w:r>
    </w:p>
    <w:p w14:paraId="141EB61D" w14:textId="77777777" w:rsidR="008F2040" w:rsidRDefault="009730A5" w:rsidP="008F2040">
      <w:pPr>
        <w:pStyle w:val="ListParagraph"/>
        <w:numPr>
          <w:ilvl w:val="0"/>
          <w:numId w:val="10"/>
        </w:numPr>
      </w:pPr>
      <w:r>
        <w:t>Letter of recommendation from the Head of Department</w:t>
      </w:r>
    </w:p>
    <w:p w14:paraId="793D3BC4" w14:textId="77777777" w:rsidR="008F2040" w:rsidRDefault="008F2040" w:rsidP="008F2040">
      <w:pPr>
        <w:pStyle w:val="ListParagraph"/>
        <w:numPr>
          <w:ilvl w:val="0"/>
          <w:numId w:val="10"/>
        </w:numPr>
      </w:pPr>
      <w:r>
        <w:t>Letter of Expression of Interest</w:t>
      </w:r>
      <w:r w:rsidR="006774AB">
        <w:t xml:space="preserve"> </w:t>
      </w:r>
      <w:r w:rsidR="00101095">
        <w:t>addressed to ED, NEMA.</w:t>
      </w:r>
    </w:p>
    <w:p w14:paraId="3D2AC81D" w14:textId="77777777" w:rsidR="008F2040" w:rsidRDefault="00101095" w:rsidP="008F2040">
      <w:pPr>
        <w:pStyle w:val="ListParagraph"/>
        <w:numPr>
          <w:ilvl w:val="0"/>
          <w:numId w:val="10"/>
        </w:numPr>
      </w:pPr>
      <w:r>
        <w:t>Copy of National ID/Passport</w:t>
      </w:r>
    </w:p>
    <w:p w14:paraId="2D4BC865" w14:textId="77777777" w:rsidR="006774AB" w:rsidRDefault="006774AB" w:rsidP="008F2040">
      <w:pPr>
        <w:pStyle w:val="ListParagraph"/>
        <w:numPr>
          <w:ilvl w:val="0"/>
          <w:numId w:val="10"/>
        </w:numPr>
      </w:pPr>
      <w:r>
        <w:t>Declaration form (Appendix 1)</w:t>
      </w:r>
    </w:p>
    <w:p w14:paraId="4F538596" w14:textId="77777777" w:rsidR="006774AB" w:rsidRPr="008F2040" w:rsidRDefault="006774AB" w:rsidP="006774AB">
      <w:r>
        <w:br w:type="page"/>
      </w:r>
    </w:p>
    <w:p w14:paraId="52389C7D" w14:textId="77777777" w:rsidR="00F632D1" w:rsidRDefault="006774AB">
      <w:pPr>
        <w:pStyle w:val="Heading2"/>
        <w:rPr>
          <w:b w:val="0"/>
        </w:rPr>
      </w:pPr>
      <w:r>
        <w:lastRenderedPageBreak/>
        <w:t>Appendix 1</w:t>
      </w:r>
      <w:r w:rsidR="00DB7BDE">
        <w:t>: Declaration</w:t>
      </w:r>
      <w:r w:rsidRPr="006774AB">
        <w:t xml:space="preserve"> form</w:t>
      </w:r>
      <w:r w:rsidR="00F632D1" w:rsidRPr="00F632D1">
        <w:rPr>
          <w:b w:val="0"/>
        </w:rPr>
        <w:t xml:space="preserve"> </w:t>
      </w:r>
      <w:r w:rsidRPr="006774AB">
        <w:rPr>
          <w:b w:val="0"/>
          <w:i/>
          <w:color w:val="auto"/>
        </w:rPr>
        <w:t>(Print and complete this).</w:t>
      </w:r>
    </w:p>
    <w:p w14:paraId="60D84ECF" w14:textId="77777777" w:rsidR="002909E7" w:rsidRDefault="00F632D1" w:rsidP="00F632D1">
      <w:r w:rsidRPr="00F632D1">
        <w:t>I certify that the information provided in this application is true and accurate, that I meet the eligibility require</w:t>
      </w:r>
      <w:r w:rsidR="006774AB">
        <w:t>ments of this call, and that the filled information is from the</w:t>
      </w:r>
      <w:r w:rsidRPr="00F632D1">
        <w:t xml:space="preserve"> research proposal</w:t>
      </w:r>
      <w:r w:rsidR="006774AB">
        <w:t xml:space="preserve"> that</w:t>
      </w:r>
      <w:r w:rsidRPr="00F632D1">
        <w:t xml:space="preserve"> has been approved by my supervisor and department.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77"/>
        <w:gridCol w:w="2877"/>
        <w:gridCol w:w="2876"/>
      </w:tblGrid>
      <w:tr w:rsidR="006F577B" w14:paraId="7CA91E72" w14:textId="77777777" w:rsidTr="006F577B">
        <w:trPr>
          <w:trHeight w:val="2145"/>
        </w:trPr>
        <w:tc>
          <w:tcPr>
            <w:tcW w:w="1667" w:type="pct"/>
          </w:tcPr>
          <w:p w14:paraId="65544E83" w14:textId="77777777" w:rsidR="006F577B" w:rsidRDefault="006F577B" w:rsidP="00DA68A7">
            <w:pPr>
              <w:jc w:val="center"/>
            </w:pPr>
            <w:r>
              <w:t>Name of Applicant/Innovator</w:t>
            </w:r>
          </w:p>
          <w:p w14:paraId="6E54E655" w14:textId="77777777" w:rsidR="006F577B" w:rsidRDefault="006F577B" w:rsidP="00DA68A7">
            <w:pPr>
              <w:jc w:val="center"/>
            </w:pPr>
          </w:p>
          <w:p w14:paraId="4A15368D" w14:textId="77777777" w:rsidR="006F577B" w:rsidRDefault="006F577B" w:rsidP="00DA68A7">
            <w:pPr>
              <w:jc w:val="center"/>
            </w:pPr>
          </w:p>
          <w:p w14:paraId="2ADA99D0" w14:textId="77777777" w:rsidR="006F577B" w:rsidRDefault="006F577B" w:rsidP="00DA68A7">
            <w:pPr>
              <w:jc w:val="center"/>
            </w:pPr>
          </w:p>
          <w:p w14:paraId="1F4B8B32" w14:textId="77777777" w:rsidR="006F577B" w:rsidRDefault="006F577B" w:rsidP="00DA68A7">
            <w:pPr>
              <w:jc w:val="center"/>
            </w:pPr>
          </w:p>
        </w:tc>
        <w:tc>
          <w:tcPr>
            <w:tcW w:w="1667" w:type="pct"/>
          </w:tcPr>
          <w:p w14:paraId="3027AD58" w14:textId="77777777" w:rsidR="006F577B" w:rsidRDefault="006F577B" w:rsidP="00DA68A7">
            <w:pPr>
              <w:jc w:val="center"/>
            </w:pPr>
            <w:r>
              <w:t>Signature</w:t>
            </w:r>
          </w:p>
        </w:tc>
        <w:tc>
          <w:tcPr>
            <w:tcW w:w="1666" w:type="pct"/>
          </w:tcPr>
          <w:p w14:paraId="7D31DAF0" w14:textId="77777777" w:rsidR="006F577B" w:rsidRDefault="006F577B" w:rsidP="00DA68A7">
            <w:pPr>
              <w:jc w:val="center"/>
            </w:pPr>
            <w:r>
              <w:t>Date</w:t>
            </w:r>
          </w:p>
        </w:tc>
      </w:tr>
      <w:tr w:rsidR="006F577B" w14:paraId="38ADCDD1" w14:textId="77777777" w:rsidTr="006F577B">
        <w:trPr>
          <w:trHeight w:val="2132"/>
        </w:trPr>
        <w:tc>
          <w:tcPr>
            <w:tcW w:w="1667" w:type="pct"/>
          </w:tcPr>
          <w:p w14:paraId="7F0205F4" w14:textId="77777777" w:rsidR="006F577B" w:rsidRDefault="006F577B" w:rsidP="00DA68A7">
            <w:pPr>
              <w:jc w:val="center"/>
            </w:pPr>
            <w:r>
              <w:t>Name of Supervisor</w:t>
            </w:r>
          </w:p>
          <w:p w14:paraId="0BAB5C4D" w14:textId="77777777" w:rsidR="006F577B" w:rsidRDefault="006F577B" w:rsidP="00DA68A7">
            <w:pPr>
              <w:jc w:val="center"/>
            </w:pPr>
          </w:p>
          <w:p w14:paraId="4800B6C9" w14:textId="77777777" w:rsidR="006F577B" w:rsidRDefault="006F577B" w:rsidP="00DA68A7">
            <w:pPr>
              <w:jc w:val="center"/>
            </w:pPr>
          </w:p>
          <w:p w14:paraId="5E711B6D" w14:textId="77777777" w:rsidR="006F577B" w:rsidRDefault="006F577B" w:rsidP="00DA68A7">
            <w:pPr>
              <w:jc w:val="center"/>
            </w:pPr>
          </w:p>
          <w:p w14:paraId="34361FB5" w14:textId="77777777" w:rsidR="006F577B" w:rsidRDefault="006F577B" w:rsidP="00DA68A7">
            <w:pPr>
              <w:jc w:val="center"/>
            </w:pPr>
          </w:p>
        </w:tc>
        <w:tc>
          <w:tcPr>
            <w:tcW w:w="1667" w:type="pct"/>
          </w:tcPr>
          <w:p w14:paraId="1B6B26F1" w14:textId="77777777" w:rsidR="006F577B" w:rsidRDefault="006F577B" w:rsidP="00DA68A7">
            <w:pPr>
              <w:jc w:val="center"/>
            </w:pPr>
            <w:r>
              <w:t>Signature</w:t>
            </w:r>
          </w:p>
        </w:tc>
        <w:tc>
          <w:tcPr>
            <w:tcW w:w="1666" w:type="pct"/>
          </w:tcPr>
          <w:p w14:paraId="78C1AA43" w14:textId="77777777" w:rsidR="006F577B" w:rsidRDefault="006F577B" w:rsidP="00DA68A7">
            <w:pPr>
              <w:jc w:val="center"/>
            </w:pPr>
            <w:r>
              <w:t>Date</w:t>
            </w:r>
          </w:p>
        </w:tc>
      </w:tr>
      <w:tr w:rsidR="006F577B" w14:paraId="58387838" w14:textId="77777777" w:rsidTr="006F577B">
        <w:trPr>
          <w:trHeight w:val="2145"/>
        </w:trPr>
        <w:tc>
          <w:tcPr>
            <w:tcW w:w="1667" w:type="pct"/>
          </w:tcPr>
          <w:p w14:paraId="7EBD9FF7" w14:textId="77777777" w:rsidR="006F577B" w:rsidRDefault="006F577B" w:rsidP="00DA68A7">
            <w:pPr>
              <w:jc w:val="center"/>
            </w:pPr>
            <w:r>
              <w:t>Name of Head of Department</w:t>
            </w:r>
          </w:p>
          <w:p w14:paraId="4BAECD27" w14:textId="77777777" w:rsidR="006F577B" w:rsidRDefault="006F577B" w:rsidP="00DA68A7">
            <w:pPr>
              <w:jc w:val="center"/>
            </w:pPr>
          </w:p>
          <w:p w14:paraId="0C0125EA" w14:textId="77777777" w:rsidR="006F577B" w:rsidRDefault="006F577B" w:rsidP="00DA68A7">
            <w:pPr>
              <w:jc w:val="center"/>
            </w:pPr>
          </w:p>
          <w:p w14:paraId="23184632" w14:textId="77777777" w:rsidR="006F577B" w:rsidRDefault="006F577B" w:rsidP="00DA68A7">
            <w:pPr>
              <w:jc w:val="center"/>
            </w:pPr>
          </w:p>
          <w:p w14:paraId="7549AAE0" w14:textId="77777777" w:rsidR="006F577B" w:rsidRDefault="006F577B" w:rsidP="00DA68A7">
            <w:pPr>
              <w:jc w:val="center"/>
            </w:pPr>
          </w:p>
        </w:tc>
        <w:tc>
          <w:tcPr>
            <w:tcW w:w="1667" w:type="pct"/>
          </w:tcPr>
          <w:p w14:paraId="262D54DA" w14:textId="77777777" w:rsidR="006F577B" w:rsidRDefault="006F577B" w:rsidP="00DA68A7">
            <w:pPr>
              <w:jc w:val="center"/>
            </w:pPr>
            <w:r>
              <w:t>Signature and stamp</w:t>
            </w:r>
          </w:p>
        </w:tc>
        <w:tc>
          <w:tcPr>
            <w:tcW w:w="1666" w:type="pct"/>
          </w:tcPr>
          <w:p w14:paraId="341D043D" w14:textId="77777777" w:rsidR="006F577B" w:rsidRDefault="006F577B" w:rsidP="00DA68A7">
            <w:pPr>
              <w:jc w:val="center"/>
            </w:pPr>
            <w:r>
              <w:t>Date</w:t>
            </w:r>
          </w:p>
        </w:tc>
      </w:tr>
    </w:tbl>
    <w:p w14:paraId="0968D0F1" w14:textId="77777777" w:rsidR="006F577B" w:rsidRDefault="006F577B" w:rsidP="00F632D1"/>
    <w:p w14:paraId="152463CD" w14:textId="77777777" w:rsidR="006F577B" w:rsidRDefault="006F577B" w:rsidP="00F632D1"/>
    <w:p w14:paraId="3015766E" w14:textId="77777777" w:rsidR="002909E7" w:rsidRDefault="002909E7"/>
    <w:p w14:paraId="426D3453" w14:textId="77777777" w:rsidR="002909E7" w:rsidRDefault="002909E7"/>
    <w:p w14:paraId="727D303D" w14:textId="77777777" w:rsidR="00DB7BDE" w:rsidRDefault="00DB7BDE"/>
    <w:sectPr w:rsidR="00DB7BDE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19650" w14:textId="77777777" w:rsidR="00DD1F7C" w:rsidRDefault="00DD1F7C" w:rsidP="007C7007">
      <w:pPr>
        <w:spacing w:after="0" w:line="240" w:lineRule="auto"/>
      </w:pPr>
      <w:r>
        <w:separator/>
      </w:r>
    </w:p>
  </w:endnote>
  <w:endnote w:type="continuationSeparator" w:id="0">
    <w:p w14:paraId="077412A2" w14:textId="77777777" w:rsidR="00DD1F7C" w:rsidRDefault="00DD1F7C" w:rsidP="007C7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54263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AF7A95" w14:textId="77777777" w:rsidR="00391083" w:rsidRDefault="003910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577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DFE68BD" w14:textId="77777777" w:rsidR="007C7007" w:rsidRDefault="007C70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D8384" w14:textId="77777777" w:rsidR="00DD1F7C" w:rsidRDefault="00DD1F7C" w:rsidP="007C7007">
      <w:pPr>
        <w:spacing w:after="0" w:line="240" w:lineRule="auto"/>
      </w:pPr>
      <w:r>
        <w:separator/>
      </w:r>
    </w:p>
  </w:footnote>
  <w:footnote w:type="continuationSeparator" w:id="0">
    <w:p w14:paraId="38B7A2C1" w14:textId="77777777" w:rsidR="00DD1F7C" w:rsidRDefault="00DD1F7C" w:rsidP="007C70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C174971"/>
    <w:multiLevelType w:val="hybridMultilevel"/>
    <w:tmpl w:val="7D046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2CA8"/>
    <w:rsid w:val="000C06FA"/>
    <w:rsid w:val="00101095"/>
    <w:rsid w:val="00107E12"/>
    <w:rsid w:val="0015074B"/>
    <w:rsid w:val="002909E7"/>
    <w:rsid w:val="0029639D"/>
    <w:rsid w:val="00326F90"/>
    <w:rsid w:val="00350500"/>
    <w:rsid w:val="00391083"/>
    <w:rsid w:val="003951D6"/>
    <w:rsid w:val="005750FB"/>
    <w:rsid w:val="005C0BE6"/>
    <w:rsid w:val="006774AB"/>
    <w:rsid w:val="006F577B"/>
    <w:rsid w:val="007718AE"/>
    <w:rsid w:val="007C7007"/>
    <w:rsid w:val="008F2040"/>
    <w:rsid w:val="009730A5"/>
    <w:rsid w:val="009C5A0B"/>
    <w:rsid w:val="00A920EA"/>
    <w:rsid w:val="00AA1D8D"/>
    <w:rsid w:val="00AB5477"/>
    <w:rsid w:val="00AD130F"/>
    <w:rsid w:val="00B47730"/>
    <w:rsid w:val="00BE3AED"/>
    <w:rsid w:val="00CB0664"/>
    <w:rsid w:val="00CC7224"/>
    <w:rsid w:val="00D74FCA"/>
    <w:rsid w:val="00D94EF6"/>
    <w:rsid w:val="00DB7BDE"/>
    <w:rsid w:val="00DD1F7C"/>
    <w:rsid w:val="00F632D1"/>
    <w:rsid w:val="00FC693F"/>
    <w:rsid w:val="00FE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D2C3C7"/>
  <w14:defaultImageDpi w14:val="300"/>
  <w15:docId w15:val="{0099F707-5188-48AC-8E14-D6D2964FF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0249BF-DC28-41B5-BB5E-7B987F08F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2026-09-22T06:06:00Z</dcterms:created>
  <dcterms:modified xsi:type="dcterms:W3CDTF">2026-09-22T06:06:00Z</dcterms:modified>
  <cp:category/>
</cp:coreProperties>
</file>